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PURCHASE ORDER</w:t>
      </w:r>
    </w:p>
    <w:p>
      <w:r>
        <w:rPr>
          <w:color w:val="675E80"/>
        </w:rPr>
        <w:t>[Your name, and your business name if you use one]</w:t>
        <w:br/>
        <w:t>[Address]</w:t>
        <w:br/>
        <w:t>[Phone]  ·  [Email]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Order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Order date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Needed by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Job it's for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Supplier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Supplier name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Supplier address or branch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Account number, if you have one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Deliver to</w:t>
      </w:r>
    </w:p>
    <w:p>
      <w:r>
        <w:rPr>
          <w:color w:val="675E80"/>
        </w:rPr>
        <w:t>[Site address, who'll be there to take it, and any access notes, e.g. no lorries over 7.5 tonnes.]</w:t>
      </w:r>
    </w:p>
    <w:p>
      <w:r>
        <w:rPr>
          <w:b/>
        </w:rPr>
        <w:t>What's ordered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Order total before VAT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Order total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Please: </w:t>
      </w:r>
      <w:r>
        <w:t>Quote the order number on your delivery note and invoice.</w:t>
      </w:r>
    </w:p>
    <w:p>
      <w:r>
        <w:rPr>
          <w:b/>
        </w:rPr>
        <w:t xml:space="preserve">Changes: </w:t>
      </w:r>
      <w:r>
        <w:t>Ring before swapping any item or changing the price.</w:t>
      </w:r>
    </w:p>
    <w:p>
      <w:r>
        <w:br/>
        <w:t>Ordered by: ______________________________    Date: 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