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PRICE LIST</w:t>
      </w:r>
    </w:p>
    <w:p>
      <w:r>
        <w:rPr>
          <w:color w:val="675E80"/>
        </w:rPr>
        <w:t>[Your business name]</w:t>
        <w:br/>
        <w:t>[Area you cover]</w:t>
        <w:br/>
        <w:t>[Phone]  ·  [Email]  ·  [Website or social page]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Prices valid from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Prices include VAT?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Good to know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Area covered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Minimum charge, if you have one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About us</w:t>
      </w:r>
    </w:p>
    <w:p>
      <w:r>
        <w:rPr>
          <w:color w:val="675E80"/>
        </w:rPr>
        <w:t>[One or two lines: what you do, how long you've done it, anything customers should know before they book.]</w:t>
      </w:r>
    </w:p>
    <w:p>
      <w:r>
        <w:rPr>
          <w:b/>
        </w:rPr>
        <w:t>Prices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1020"/>
          </w:tcPr>
          <w:p>
            <w:r>
              <w:rPr>
                <w:b/>
              </w:rPr>
              <w:t>What's included</w:t>
            </w:r>
          </w:p>
        </w:tc>
        <w:tc>
          <w:tcPr>
            <w:tcW w:type="dxa" w:w="1701"/>
          </w:tcPr>
          <w:p>
            <w:r>
              <w:rPr>
                <w:b/>
              </w:rPr>
              <w:t>How often or how long</w:t>
            </w:r>
          </w:p>
        </w:tc>
        <w:tc>
          <w:tcPr>
            <w:tcW w:type="dxa" w:w="1587"/>
          </w:tcPr>
          <w:p>
            <w:r>
              <w:rPr>
                <w:b/>
              </w:rPr>
              <w:t>Price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p>
      <w:r>
        <w:rPr>
          <w:b/>
        </w:rPr>
        <w:t xml:space="preserve">Something else: </w:t>
      </w:r>
      <w:r>
        <w:t>Ask for a quote: [phone or email].</w:t>
      </w:r>
    </w:p>
    <w:p>
      <w:r>
        <w:rPr>
          <w:b/>
        </w:rPr>
        <w:t xml:space="preserve">Paying: </w:t>
      </w:r>
      <w:r>
        <w:t>[e.g. Card, Apple Pay or Google Pay by the link I send, or bank transfer.]</w:t>
      </w:r>
    </w:p>
    <w:p>
      <w:r>
        <w:br/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list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