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JOB SHEET</w:t>
      </w:r>
    </w:p>
    <w:p>
      <w:r>
        <w:rPr>
          <w:color w:val="675E80"/>
        </w:rPr>
        <w:t>[Your business name]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Job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Arrived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Left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Done by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Phone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Work done</w:t>
      </w:r>
    </w:p>
    <w:p>
      <w:r>
        <w:rPr>
          <w:color w:val="675E80"/>
        </w:rPr>
        <w:t>[What you found, what you did, and anything still to do. Note the parts you fitted and the hours on the lines below.]</w:t>
      </w:r>
    </w:p>
    <w:p>
      <w:r>
        <w:rPr>
          <w:b/>
        </w:rPr>
        <w:t>Materials and labour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Subtotal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Paid on the day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Still to pay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Still to do / next visit: </w:t>
      </w:r>
      <w:r>
        <w:t>______________________________________________________________</w:t>
      </w:r>
    </w:p>
    <w:p>
      <w:r>
        <w:rPr>
          <w:b/>
        </w:rPr>
        <w:t xml:space="preserve">Customer sign-off: </w:t>
      </w:r>
      <w:r>
        <w:t>I'm happy the work above was done.</w:t>
      </w:r>
    </w:p>
    <w:p>
      <w:r>
        <w:br/>
        <w:t>Customer signature: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sheet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