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137C9"/>
          <w:sz w:val="52"/>
        </w:rPr>
        <w:t>CREDIT NOTE</w:t>
      </w:r>
    </w:p>
    <w:p>
      <w:r>
        <w:rPr>
          <w:color w:val="675E80"/>
        </w:rPr>
        <w:t>[Your name, and your business name if you use one]</w:t>
        <w:br/>
        <w:t>[Address]</w:t>
        <w:br/>
        <w:t>[Phone]  ·  [Email]</w:t>
        <w:br/>
        <w:t>[VAT number, only if you're VAT registered]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Credit note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Date of issue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Original invoice number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rPr>
                <w:b/>
              </w:rPr>
              <w:t>Original invoice date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For</w:t>
      </w:r>
    </w:p>
    <w:tbl>
      <w:tblPr>
        <w:tblStyle w:val="TableGrid"/>
        <w:tblW w:type="dxa" w:w="9639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2835"/>
        <w:gridCol w:w="6804"/>
      </w:tblGrid>
      <w:tr>
        <w:trPr>
          <w:trHeight w:val="425"/>
        </w:trPr>
        <w:tc>
          <w:tcPr>
            <w:tcW w:type="dxa" w:w="2835"/>
          </w:tcPr>
          <w:p>
            <w:r>
              <w:t>Customer name</w:t>
            </w:r>
          </w:p>
        </w:tc>
        <w:tc>
          <w:tcPr>
            <w:tcW w:type="dxa" w:w="6803"/>
          </w:tcPr>
          <w:p/>
        </w:tc>
      </w:tr>
      <w:tr>
        <w:trPr>
          <w:trHeight w:val="425"/>
        </w:trPr>
        <w:tc>
          <w:tcPr>
            <w:tcW w:type="dxa" w:w="2835"/>
          </w:tcPr>
          <w:p>
            <w:r>
              <w:t>Customer address</w:t>
            </w:r>
          </w:p>
        </w:tc>
        <w:tc>
          <w:tcPr>
            <w:tcW w:type="dxa" w:w="6803"/>
          </w:tcPr>
          <w:p/>
        </w:tc>
      </w:tr>
    </w:tbl>
    <w:p/>
    <w:p>
      <w:r>
        <w:rPr>
          <w:b/>
        </w:rPr>
        <w:t>Reason for the credit</w:t>
      </w:r>
    </w:p>
    <w:p>
      <w:r>
        <w:rPr>
          <w:color w:val="675E80"/>
        </w:rPr>
        <w:t>[Why you're crediting the customer: an overcharge, a mistake on the invoice, work that wasn't done, or a price you've agreed to reduce.]</w:t>
      </w:r>
    </w:p>
    <w:p>
      <w:r>
        <w:rPr>
          <w:b/>
        </w:rPr>
        <w:t>What's being credited</w:t>
      </w:r>
    </w:p>
    <w:tbl>
      <w:tblPr>
        <w:tblStyle w:val="TableGrid"/>
        <w:tblW w:type="dxa" w:w="9639"/>
        <w:tblLook w:firstColumn="1" w:firstRow="1" w:lastColumn="0" w:lastRow="0" w:noHBand="0" w:noVBand="1" w:val="04A0"/>
        <w:jc w:val="center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5329"/>
        <w:gridCol w:w="1020"/>
        <w:gridCol w:w="1701"/>
        <w:gridCol w:w="1587"/>
      </w:tblGrid>
      <w:tr>
        <w:trPr>
          <w:trHeight w:val="425"/>
        </w:trPr>
        <w:tc>
          <w:tcPr>
            <w:tcW w:type="dxa" w:w="5329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20"/>
          </w:tcPr>
          <w:p>
            <w:r>
              <w:rPr>
                <w:b/>
              </w:rPr>
              <w:t>Qty</w:t>
            </w:r>
          </w:p>
        </w:tc>
        <w:tc>
          <w:tcPr>
            <w:tcW w:type="dxa" w:w="1701"/>
          </w:tcPr>
          <w:p>
            <w:r>
              <w:rPr>
                <w:b/>
              </w:rPr>
              <w:t>Price each (£)</w:t>
            </w:r>
          </w:p>
        </w:tc>
        <w:tc>
          <w:tcPr>
            <w:tcW w:type="dxa" w:w="1587"/>
          </w:tcPr>
          <w:p>
            <w:r>
              <w:rPr>
                <w:b/>
              </w:rPr>
              <w:t>Total (£)</w:t>
            </w:r>
          </w:p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  <w:tr>
        <w:trPr>
          <w:trHeight w:val="425"/>
        </w:trPr>
        <w:tc>
          <w:tcPr>
            <w:tcW w:type="dxa" w:w="5329"/>
          </w:tcPr>
          <w:p/>
        </w:tc>
        <w:tc>
          <w:tcPr>
            <w:tcW w:type="dxa" w:w="1020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</w:tr>
    </w:tbl>
    <w:p/>
    <w:tbl>
      <w:tblPr>
        <w:tblStyle w:val="TableGrid"/>
        <w:tblW w:type="dxa" w:w="6237"/>
        <w:tblLook w:firstColumn="1" w:firstRow="1" w:lastColumn="0" w:lastRow="0" w:noHBand="0" w:noVBand="1" w:val="04A0"/>
        <w:tblBorders>
          <w:top w:val="single" w:sz="6" w:color="C9C2DA"/>
          <w:left w:val="single" w:sz="6" w:color="C9C2DA"/>
          <w:bottom w:val="single" w:sz="6" w:color="C9C2DA"/>
          <w:right w:val="single" w:sz="6" w:color="C9C2DA"/>
          <w:insideH w:val="single" w:sz="6" w:color="C9C2DA"/>
          <w:insideV w:val="single" w:sz="6" w:color="C9C2DA"/>
        </w:tblBorders>
        <w:tblLayout w:type="fixed"/>
      </w:tblPr>
      <w:tblGrid>
        <w:gridCol w:w="3969"/>
        <w:gridCol w:w="2268"/>
      </w:tblGrid>
      <w:tr>
        <w:trPr>
          <w:trHeight w:val="425"/>
        </w:trPr>
        <w:tc>
          <w:tcPr>
            <w:tcW w:type="dxa" w:w="3969"/>
          </w:tcPr>
          <w:p>
            <w:r>
              <w:t>Amount credited (excluding VAT)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t>VAT credited (only if you're VAT registered)</w:t>
            </w:r>
          </w:p>
        </w:tc>
        <w:tc>
          <w:tcPr>
            <w:tcW w:type="dxa" w:w="2268"/>
          </w:tcPr>
          <w:p/>
        </w:tc>
      </w:tr>
      <w:tr>
        <w:trPr>
          <w:trHeight w:val="425"/>
        </w:trPr>
        <w:tc>
          <w:tcPr>
            <w:tcW w:type="dxa" w:w="3969"/>
          </w:tcPr>
          <w:p>
            <w:r>
              <w:rPr>
                <w:b/>
              </w:rPr>
              <w:t>Total credited</w:t>
            </w:r>
          </w:p>
        </w:tc>
        <w:tc>
          <w:tcPr>
            <w:tcW w:type="dxa" w:w="2268"/>
          </w:tcPr>
          <w:p/>
        </w:tc>
      </w:tr>
    </w:tbl>
    <w:p/>
    <w:p>
      <w:r>
        <w:rPr>
          <w:b/>
        </w:rPr>
        <w:t xml:space="preserve">How it's settled: </w:t>
      </w:r>
      <w:r>
        <w:t>Refunded on [date] by [bank transfer / card / cash], or taken off invoice number [  ].</w:t>
      </w:r>
    </w:p>
    <w:p>
      <w:r>
        <w:rPr>
          <w:b/>
        </w:rPr>
        <w:t xml:space="preserve">VAT: </w:t>
      </w:r>
      <w:r>
        <w:t>If you're VAT registered, show the VAT rate and the VAT credited. If the credit doesn't change the VAT, write "This is not a credit note for VAT". If you're not VAT registered, leave the VAT line empty.</w:t>
      </w:r>
    </w:p>
    <w:p>
      <w:r>
        <w:br/>
        <w:t>Issued by: ______________________________</w:t>
      </w:r>
    </w:p>
    <w:p>
      <w:pPr>
        <w:jc w:val="center"/>
      </w:pPr>
      <w:r>
        <w:rPr>
          <w:color w:val="675E80"/>
          <w:sz w:val="16"/>
        </w:rPr>
        <w:t>Free template from knockround.co.uk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 note template</dc:title>
  <dc:subject/>
  <dc:creator>Knockround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